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1531"/>
        <w:gridCol w:w="4649"/>
      </w:tblGrid>
      <w:tr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Кому:</w:t>
            </w:r>
          </w:p>
        </w:tc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Млынчику старшему</w:t>
            </w:r>
          </w:p>
        </w:tc>
      </w:tr>
      <w:tr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От:</w:t>
            </w:r>
          </w:p>
        </w:tc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Ананина А.А.</w:t>
            </w:r>
          </w:p>
        </w:tc>
      </w:tr>
      <w:tr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Дата:</w:t>
            </w:r>
          </w:p>
        </w:tc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21 июля 2026 года</w:t>
            </w:r>
          </w:p>
        </w:tc>
      </w:tr>
    </w:tbl>
    <w:p>
      <w:pPr>
        <w:spacing w:after="0"/>
      </w:pPr>
    </w:p>
    <w:p>
      <w:pPr>
        <w:pStyle w:val="Title"/>
        <w:jc w:val="center"/>
      </w:pPr>
      <w:r>
        <w:t>СПРАВКА</w:t>
      </w:r>
    </w:p>
    <w:p>
      <w:pPr>
        <w:spacing w:after="240"/>
        <w:jc w:val="center"/>
      </w:pPr>
      <w:r>
        <w:rPr>
          <w:rFonts w:ascii="Times New Roman" w:hAnsi="Times New Roman"/>
          <w:b/>
          <w:sz w:val="26"/>
        </w:rPr>
        <w:t>Близкие проекты и рыночные сигналы по концепции</w:t>
        <w:br/>
        <w:t>«обратного биткоина» и Energy DePIN</w:t>
      </w:r>
    </w:p>
    <w:p>
      <w:r>
        <w:rPr>
          <w:b/>
        </w:rPr>
        <w:t xml:space="preserve">Предмет справки. </w:t>
      </w:r>
      <w:r>
        <w:t>Проекты и рыночные механизмы, которые приблизились к конструкции, в которой подтвержденное физическое энергетическое действие становится основанием токена, цифрового права, финансирования или автоматического расчетного потока.</w:t>
      </w:r>
    </w:p>
    <w:p>
      <w:r>
        <w:rPr>
          <w:b/>
        </w:rPr>
        <w:t xml:space="preserve">Главный вывод. </w:t>
      </w:r>
      <w:r>
        <w:t>К середине 2026 года отдельные элементы нашей архитектуры начали быстро сходиться на рынке. Уже существуют практически буквальный «обратный биткоин» для солнечной генерации, on-chain токенизация работающих энергетических активов, модели deCAPEX для распределенных ячеек, глобальная агрегация малой генерации и самостоятельные рынки гибкости. Полного аналога, который объединяет генерацию, экономию, резерв, холод, воду, связь, вычисления, практическую мощность pMW/pGW, Proof of Effect и юридическое право требования, пока не обнаружено.</w:t>
      </w:r>
    </w:p>
    <w:p>
      <w:pPr>
        <w:spacing w:before="80" w:after="160"/>
        <w:ind w:left="454" w:right="454"/>
      </w:pPr>
      <w:r>
        <w:rPr>
          <w:b/>
        </w:rPr>
        <w:t xml:space="preserve">Примечание: </w:t>
      </w:r>
      <w:r>
        <w:t>цифры ниже приводятся по официальным публикациям самих проектов и профильных организаций. Они подтверждают заявленную механику и масштаб, но не заменяют независимый технический или финансовый аудит.</w:t>
      </w:r>
    </w:p>
    <w:p>
      <w:pPr>
        <w:pStyle w:val="Heading1"/>
      </w:pPr>
      <w:r>
        <w:t>1. Glow Protocol: практически буквальный «обратный биткоин»</w:t>
      </w:r>
    </w:p>
    <w:p>
      <w:r>
        <w:rPr>
          <w:b w:val="0"/>
        </w:rPr>
        <w:t xml:space="preserve">Glow уже прямо формулирует инверсию Bitcoin: </w:t>
      </w:r>
      <w:r>
        <w:rPr>
          <w:i/>
        </w:rPr>
        <w:t>Bitcoin-майнер строит вычислительные мощности, которые потребляют энергию; Glow-майнер строит солнечные мощности, которые производят энергию.</w:t>
      </w:r>
    </w:p>
    <w:p>
      <w:r>
        <w:t>Солнечные станции проходят аудит, передают данные о фактической генерации и «майнят» GLW-токены. Между станциями действует конкуренция за протокольные стимулы. Вознаграждение связано с проверяемой генерацией и дополнительностью проекта. В январе 2026 года Glow сообщил о запуске сотой солнечной станции.</w:t>
      </w:r>
    </w:p>
    <w:p>
      <w:r>
        <w:rPr>
          <w:b/>
        </w:rPr>
        <w:t xml:space="preserve">Самое важное: Ливан, июль 2026 года. </w:t>
      </w:r>
      <w:r>
        <w:t>9 июля Glow объявил, что сообщество полностью профинансировало солнечную станцию мощностью 250 кВт для Hôpital Saint-Charles в Ливане. На объект было делегировано более 800 000 GLW. Станция предназначена для устойчивого питания больницы при хронических отключениях и сокращения зависимости от дизельных генераторов. Glow также сообщил, что еще пять ливанских солнечных объектов продолжали строиться во время военных действий.</w:t>
      </w:r>
    </w:p>
    <w:p>
      <w:pPr>
        <w:ind w:left="397" w:right="397"/>
        <w:jc w:val="center"/>
      </w:pPr>
      <w:r>
        <w:rPr>
          <w:b/>
        </w:rPr>
        <w:t>Это практически: обратный биткоин + энергетика катастроф + критическая инфраструктура.</w:t>
      </w:r>
    </w:p>
    <w:p>
      <w:r>
        <w:t>Сообщество не только вкладывает деньги, но и направляет токеновые стимулы в выбранную территорию и конкретный объект. Получается цепочка:</w:t>
      </w:r>
    </w:p>
    <w:p>
      <w:pPr>
        <w:jc w:val="center"/>
      </w:pPr>
      <w:r>
        <w:rPr>
          <w:b/>
        </w:rPr>
        <w:t>энергетический объект → проверенная физическая работа → майнинговая награда</w:t>
      </w:r>
    </w:p>
    <w:p>
      <w:r>
        <w:rPr>
          <w:b/>
        </w:rPr>
        <w:t xml:space="preserve">Где Glow пока уже нашей системы. </w:t>
      </w:r>
      <w:r>
        <w:t>Glow в основном считает солнечную генерацию, экономику станции и климатический эффект. Он пока не превращает в единый рынок холод, воду, связь, резерв, доступность, скорость включения, срок автономности, управляемое снижение потребления и восстановление жизненной функции. Это близкий конкурент обратному биткоину, но еще не полноценный аналог pMW/pGW и рынка энергетической полезности.</w:t>
      </w:r>
    </w:p>
    <w:p>
      <w:pPr>
        <w:pStyle w:val="Heading1"/>
      </w:pPr>
      <w:r>
        <w:t>2. Arkreen: энергия становится on-chain-активом и расчетным потоком</w:t>
      </w:r>
    </w:p>
    <w:p>
      <w:r>
        <w:t>Arkreen перешел от токенизации экологических атрибутов к токенизации работающих энергетических объектов. 30 января 2026 года проект представил первый действующий узел Power Yield: коммерческую солнечную станцию мощностью 300 кВт в Таиланде.</w:t>
      </w:r>
    </w:p>
    <w:p>
      <w:r>
        <w:t>Заявленная схема включает высокоточную телеметрию, передачу измерений в on-chain-контур, автоматическое распределение денежного потока в стейблкоинах по подтвержденным кВт·ч и использование токена AKRE для сетевых функций и управления.</w:t>
      </w:r>
    </w:p>
    <w:p>
      <w:pPr>
        <w:jc w:val="center"/>
      </w:pPr>
      <w:r>
        <w:rPr>
          <w:b/>
        </w:rPr>
        <w:t>солнечный объект → телеметрия → on-chain asset → stablecoin cash flow</w:t>
      </w:r>
    </w:p>
    <w:p>
      <w:r>
        <w:t>Это чрезвычайно близко к нашим слоям: оракулу, OracleStatement, Energy Delta Receivable, энергетическому RWA, автоматическому waterfall и Power-Backed Securities.</w:t>
      </w:r>
    </w:p>
    <w:p>
      <w:r>
        <w:rPr>
          <w:b/>
        </w:rPr>
        <w:t xml:space="preserve">Где Arkreen пока уже нашей системы. </w:t>
      </w:r>
      <w:r>
        <w:t>Arkreen токенизирует прежде всего генерацию и поток от солнечного актива. В открытой модели пока не видно нормализации многомерной практической полезности, включая резерв, холод, воду, связь, локальную устойчивость и качество мощности.</w:t>
      </w:r>
    </w:p>
    <w:p>
      <w:pPr>
        <w:pStyle w:val="Heading1"/>
      </w:pPr>
      <w:r>
        <w:t>3. Daylight: deCAPEX и энергетическая ячейка без первоначального платежа</w:t>
      </w:r>
    </w:p>
    <w:p>
      <w:r>
        <w:t>Daylight строит децентрализованную сеть домашних солнечных установок и накопителей. Домохозяйство получает солнечные панели, аккумулятор, резерв при отключении, обслуживание и снижение счета, не внося первоначальный CAPEX. Вместо покупки оборудования используется энергетическая подписка.</w:t>
      </w:r>
    </w:p>
    <w:p>
      <w:r>
        <w:t>16 октября 2025 года Daylight сообщил о привлечении 75 млн долларов: 15 млн долларов акционерного капитала и 60 млн долларов проектного финансирования для масштабирования домашних энергетических установок.</w:t>
      </w:r>
    </w:p>
    <w:p>
      <w:pPr>
        <w:jc w:val="center"/>
      </w:pPr>
      <w:r>
        <w:rPr>
          <w:b/>
        </w:rPr>
        <w:t>оборудование без CAPEX территории → локальная ячейка → поток платежей → возврат вложений</w:t>
      </w:r>
    </w:p>
    <w:p>
      <w:r>
        <w:t>У Daylight пока почти отсутствует публичная конструкция «майнинга полезности». Однако физическая и финансовая оболочка deCAPEX уже существует: инвестор финансирует распределенную инфраструктуру, а возврат обеспечивается длительным потоком платежей и энергетических услуг.</w:t>
      </w:r>
    </w:p>
    <w:p>
      <w:pPr>
        <w:pStyle w:val="Heading1"/>
      </w:pPr>
      <w:r>
        <w:t>4. D-REC: малые энергетические капли получают доступ к глобальному капиталу</w:t>
      </w:r>
    </w:p>
    <w:p>
      <w:r>
        <w:t>D-REC работает с небольшими объектами распределенной энергетики в развивающихся и недостаточно обслуживаемых регионах. Система получает данные от малых солнечных установок и мини-сетей, проверяет генерацию, фиксирует социальное и инфраструктурное воздействие и связывает локальный объект с международным корпоративным покупателем.</w:t>
      </w:r>
    </w:p>
    <w:p>
      <w:r>
        <w:t>По официальным данным D-REC, в контуре находятся более 1 850 проверенных распределенных устройств, свыше 700 площадок, более 400 ГВт·ч законтрактованных покупок и проекты или pipeline в 22 странах Африки, Азии и Латинской Америки.</w:t>
      </w:r>
    </w:p>
    <w:p>
      <w:r>
        <w:t>Это особенно близко к нашей модели AMLake для Судана, Гималаев, островов и других трудных зон: маленькие физические капли объединяются, получают доказуемую историю происхождения и выходят к глобальному капиталу.</w:t>
      </w:r>
    </w:p>
    <w:p>
      <w:r>
        <w:rPr>
          <w:b/>
        </w:rPr>
        <w:t xml:space="preserve">Где D-REC пока уже нашей системы. </w:t>
      </w:r>
      <w:r>
        <w:t>Основной продукт остается сертификатным: происхождение энергии и воздействие. Не формируется единый рынок резерва, холода, воды, доступности, практической мощности и юридически оформленной дельты полезности.</w:t>
      </w:r>
    </w:p>
    <w:p>
      <w:pPr>
        <w:pStyle w:val="Heading1"/>
      </w:pPr>
      <w:r>
        <w:t>5. Peak, Flex и Reserve уже становятся самостоятельными рынками</w:t>
      </w:r>
    </w:p>
    <w:p>
      <w:r>
        <w:t>Параллельно энергетика без криптовалюты движется к нашей логике производных продуктов. ISGAN описывает локальные рынки гибкости, на которых сетевые операторы покупают у распределенных объектов изменение потребления или генерации, работу накопителей, demand response, снятие локальных ограничений и отсрочку усиления сети.</w:t>
      </w:r>
    </w:p>
    <w:p>
      <w:r>
        <w:t>Иными словами, оператор платит уже не только за кВт·ч, а за изменение режима в нужном месте и в нужный момент. В новых материалах ISGAN отдельно рассматриваются локальные рынки гибкости, гибкие договоры присоединения и сетевые тарифы как разные механизмы приобретения гибкости.</w:t>
      </w:r>
    </w:p>
    <w:p>
      <w:r>
        <w:t>Это прямое подтверждение наших слоев PEAK, FLEX, RESERVE, GRID и CONNECTION. Пока эти продукты существуют в разных регламентах и измеряются разными способами. Единой нормализованной размерности уровня pMW/pGW и общей книги энергетической полезности не видно.</w:t>
      </w:r>
    </w:p>
    <w:p>
      <w:pPr>
        <w:pStyle w:val="Heading1"/>
      </w:pPr>
      <w:r>
        <w:t>6. Африка: рост маржинальности мини-сетей через цифровые нагрузки</w:t>
      </w:r>
    </w:p>
    <w:p>
      <w:r>
        <w:t>Global Energy Alliance for People and Planet в апреле 2025 года описал модель, в которой удаленная мини-сеть зарабатывает не только на продаже электроэнергии местному населению, но и на Bitcoin-майнинге, распределенных вычислениях, AI, GPU, связи, воде и цифровых сервисах.</w:t>
      </w:r>
    </w:p>
    <w:p>
      <w:r>
        <w:t>В качестве примера приводится Virunga Energies в Демократической Республике Конго. По данным GEAPP, подключение 6,5 МВт Bitcoin-майнинга повысило загрузку гидростанции Luviro примерно с 5% до 50%, а бытовой тариф снизился с 0,35 до 0,15 доллара за кВт·ч. Эти показатели следует рассматривать как заявленный иллюстративный кейс и проверять отдельно перед использованием в финансовой модели.</w:t>
      </w:r>
    </w:p>
    <w:p>
      <w:r>
        <w:t>Это еще не обратный биткоин. Здесь обычный Bitcoin выступает покупателем последней инстанции для невостребованной энергии. Однако экономический вывод совпадает с нашим: мини-сеть не должна жить только на продаже электричества местному населению. Она должна одновременно выпускать несколько более дорогих продуктов.</w:t>
      </w:r>
    </w:p>
    <w:p>
      <w:pPr>
        <w:pStyle w:val="Heading1"/>
      </w:pPr>
      <w:r>
        <w:t>7. Что происходит с рынком в целом</w:t>
      </w:r>
    </w:p>
    <w:p>
      <w:r>
        <w:t>Еще недавно рядом существовали отдельные эксперименты: токен за солнечную генерацию, сертификаты происхождения, P2P-торговля, Bitcoin на избытках энергии, виртуальные электростанции и локальные рынки гибкости. К середине 2026 года они начали сходиться в одну конструкцию:</w:t>
      </w:r>
    </w:p>
    <w:p>
      <w:pPr>
        <w:jc w:val="center"/>
      </w:pPr>
      <w:r>
        <w:rPr>
          <w:b/>
        </w:rPr>
        <w:t>распределенный объект → измерение → доказательство → токен или RWA → автоматический денежный поток</w:t>
      </w:r>
    </w:p>
    <w:p>
      <w:r>
        <w:t>Самый серьезный сигнал дает Glow в Ливане. Это уже солнечный майнинг в зоне слабой и поврежденной энергосистемы, профинансированный глобальным сообществом, с токеновой эмиссией и критической нагрузкой больницы.</w:t>
      </w:r>
    </w:p>
    <w:p>
      <w:r>
        <w:t>При этом полного аналога нашей конструкции пока не обнаружено. Никто из рассмотренных проектов публично не собрал в одной системе:</w:t>
      </w:r>
    </w:p>
    <w:p>
      <w:pPr>
        <w:ind w:left="425" w:hanging="198"/>
      </w:pPr>
      <w:r>
        <w:rPr>
          <w:b/>
        </w:rPr>
        <w:t xml:space="preserve">• </w:t>
      </w:r>
      <w:r>
        <w:t>генерацию, экономию, резерв, холод, воду, связь и вычисления;</w:t>
      </w:r>
    </w:p>
    <w:p>
      <w:pPr>
        <w:ind w:left="425" w:hanging="198"/>
      </w:pPr>
      <w:r>
        <w:rPr>
          <w:b/>
        </w:rPr>
        <w:t xml:space="preserve">• </w:t>
      </w:r>
      <w:r>
        <w:t>многомерное измерение энергетической полезности;</w:t>
      </w:r>
    </w:p>
    <w:p>
      <w:pPr>
        <w:ind w:left="425" w:hanging="198"/>
      </w:pPr>
      <w:r>
        <w:rPr>
          <w:b/>
        </w:rPr>
        <w:t xml:space="preserve">• </w:t>
      </w:r>
      <w:r>
        <w:t>нормализацию в pMW/pGW;</w:t>
      </w:r>
    </w:p>
    <w:p>
      <w:pPr>
        <w:ind w:left="425" w:hanging="198"/>
      </w:pPr>
      <w:r>
        <w:rPr>
          <w:b/>
        </w:rPr>
        <w:t xml:space="preserve">• </w:t>
      </w:r>
      <w:r>
        <w:t>Proof of Effect как основание выпуска права;</w:t>
      </w:r>
    </w:p>
    <w:p>
      <w:pPr>
        <w:ind w:left="425" w:hanging="198"/>
      </w:pPr>
      <w:r>
        <w:rPr>
          <w:b/>
        </w:rPr>
        <w:t xml:space="preserve">• </w:t>
      </w:r>
      <w:r>
        <w:t>превращение физического события в юридическое право требования;</w:t>
      </w:r>
    </w:p>
    <w:p>
      <w:pPr>
        <w:ind w:left="425" w:hanging="198"/>
      </w:pPr>
      <w:r>
        <w:rPr>
          <w:b/>
        </w:rPr>
        <w:t xml:space="preserve">• </w:t>
      </w:r>
      <w:r>
        <w:t>автоматический waterfall возврата CAPEX;</w:t>
      </w:r>
    </w:p>
    <w:p>
      <w:pPr>
        <w:ind w:left="425" w:hanging="198"/>
      </w:pPr>
      <w:r>
        <w:rPr>
          <w:b/>
        </w:rPr>
        <w:t xml:space="preserve">• </w:t>
      </w:r>
      <w:r>
        <w:t>катастрофическую территорию как полноценный коммерческий рынок;</w:t>
      </w:r>
    </w:p>
    <w:p>
      <w:pPr>
        <w:ind w:left="425" w:hanging="198"/>
      </w:pPr>
      <w:r>
        <w:rPr>
          <w:b/>
        </w:rPr>
        <w:t xml:space="preserve">• </w:t>
      </w:r>
      <w:r>
        <w:t>сеть как оператора, оракула и клиринговую систему после исчезновения части физических линий.</w:t>
      </w:r>
    </w:p>
    <w:p>
      <w:r>
        <w:t>Следовательно, рынок не опередил общую архитектуру, но начал быстро собирать ее отдельные части. К 2028 году несколько из этих систем могут стать крупными. Поэтому закрытое физико-расчетное ядро для Арктики, Гималаев, островной территории или одного медицинско-водного контура целесообразно выводить раньше публичной валютной оболочки.</w:t>
      </w:r>
    </w:p>
    <w:p>
      <w:pPr>
        <w:jc w:val="center"/>
      </w:pPr>
      <w:r>
        <w:rPr>
          <w:b/>
        </w:rPr>
        <w:t>ячейка → Proof of Utility / Proof of Effect → внутренняя единица → обычный денежный расчет</w:t>
      </w:r>
    </w:p>
    <w:p>
      <w:pPr>
        <w:pStyle w:val="Heading1"/>
      </w:pPr>
      <w:r>
        <w:t>8. Сводное сопоставление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83"/>
        <w:gridCol w:w="1983"/>
        <w:gridCol w:w="1983"/>
        <w:gridCol w:w="1983"/>
        <w:gridCol w:w="1983"/>
      </w:tblGrid>
      <w:tr>
        <w:trPr>
          <w:tblHeader w:val="true"/>
        </w:trPr>
        <w:tc>
          <w:tcPr>
            <w:tcW w:type="dxa" w:w="1983"/>
            <w:shd w:fill="D9E1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r>
              <w:rPr>
                <w:rFonts w:ascii="Times New Roman" w:hAnsi="Times New Roman"/>
                <w:b/>
                <w:sz w:val="17"/>
              </w:rPr>
              <w:t>Проект / рынок</w:t>
            </w:r>
          </w:p>
        </w:tc>
        <w:tc>
          <w:tcPr>
            <w:tcW w:type="dxa" w:w="1983"/>
            <w:shd w:fill="D9E1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r>
              <w:rPr>
                <w:rFonts w:ascii="Times New Roman" w:hAnsi="Times New Roman"/>
                <w:b/>
                <w:sz w:val="17"/>
              </w:rPr>
              <w:t>Физическая основа</w:t>
            </w:r>
          </w:p>
        </w:tc>
        <w:tc>
          <w:tcPr>
            <w:tcW w:type="dxa" w:w="1983"/>
            <w:shd w:fill="D9E1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r>
              <w:rPr>
                <w:rFonts w:ascii="Times New Roman" w:hAnsi="Times New Roman"/>
                <w:b/>
                <w:sz w:val="17"/>
              </w:rPr>
              <w:t>Расчетный слой</w:t>
            </w:r>
          </w:p>
        </w:tc>
        <w:tc>
          <w:tcPr>
            <w:tcW w:type="dxa" w:w="1983"/>
            <w:shd w:fill="D9E1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r>
              <w:rPr>
                <w:rFonts w:ascii="Times New Roman" w:hAnsi="Times New Roman"/>
                <w:b/>
                <w:sz w:val="17"/>
              </w:rPr>
              <w:t>Ближайший наш элемент</w:t>
            </w:r>
          </w:p>
        </w:tc>
        <w:tc>
          <w:tcPr>
            <w:tcW w:type="dxa" w:w="1983"/>
            <w:shd w:fill="D9E1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r>
              <w:rPr>
                <w:rFonts w:ascii="Times New Roman" w:hAnsi="Times New Roman"/>
                <w:b/>
                <w:sz w:val="17"/>
              </w:rPr>
              <w:t>Главный пробел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Glow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Проверенная солнечная генерация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GLW, делегирование, on-chain стимулы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Обратный биткоин; Proof of Generation; катастрофическая энергетика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Нет многопродуктовой полезности и pMW/pGW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Arkreen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Работающая солнечная станция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On-chain metering и stablecoin cash flow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Оракул; RWA; waterfall; PBS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Преимущественно генерация и денежный поток актива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Daylight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Домашняя солнечная ячейка и накопитель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Подписка и проектное финансирование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deCAPEX; распределенная ячейка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Нет Proof of Utility и токенизации эффекта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D-REC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Малая распределенная генерация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Сертификат и корпоративная покупка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AMLake; агрегация энергетических капель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Нет рынка резерва, холода, воды и практической мощности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Flexibility markets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Изменение режима нагрузки, генерации и накопителей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Оплата услуги сети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PEAK; FLEX; RESERVE; GRID; CONNECTION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Фрагментарные правила, нет общей размерности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GEAPP / Virunga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Избыток энергии мини-сети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Доход от Bitcoin и digital loads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Многопродуктовая маржинальность ячейки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Bitcoin потребляет энергию, а не выпускается из полезности</w:t>
            </w:r>
          </w:p>
        </w:tc>
      </w:tr>
    </w:tbl>
    <w:p>
      <w:pPr>
        <w:pStyle w:val="Heading1"/>
      </w:pPr>
      <w:r>
        <w:t>9. Итог</w:t>
      </w:r>
    </w:p>
    <w:p>
      <w:r>
        <w:rPr>
          <w:b/>
        </w:rPr>
        <w:t xml:space="preserve">Первое. </w:t>
      </w:r>
      <w:r>
        <w:t>«Обратный биткоин» перестал быть одинокой концепцией. Glow уже реализует его прямую солнечную версию.</w:t>
      </w:r>
    </w:p>
    <w:p>
      <w:r>
        <w:rPr>
          <w:b/>
        </w:rPr>
        <w:t xml:space="preserve">Второе. </w:t>
      </w:r>
      <w:r>
        <w:t>Arkreen приблизился к превращению измеренной энергии в on-chain актив и автоматический расчетный поток.</w:t>
      </w:r>
    </w:p>
    <w:p>
      <w:r>
        <w:rPr>
          <w:b/>
        </w:rPr>
        <w:t xml:space="preserve">Третье. </w:t>
      </w:r>
      <w:r>
        <w:t>Daylight, D-REC и рынки гибкости собирают финансовые, агрегаторные и производные слои будущей системы.</w:t>
      </w:r>
    </w:p>
    <w:p>
      <w:r>
        <w:rPr>
          <w:b/>
        </w:rPr>
        <w:t xml:space="preserve">Четвертое. </w:t>
      </w:r>
      <w:r>
        <w:t>Свободное пространство остается в новой размерности энергии: pMW/pGW, многопродуктовой полезности, Proof of Effect и превращении подтвержденной дельты в юридическое право требования.</w:t>
      </w:r>
    </w:p>
    <w:p>
      <w:r>
        <w:rPr>
          <w:b/>
        </w:rPr>
        <w:t xml:space="preserve">Пятое. </w:t>
      </w:r>
      <w:r>
        <w:t>Практический запуск до 2028 года целесообразно строить как закрытый расчетный протокол для конкретной территории или критического объекта. Публичный токен может появиться позже, после накопления доказанной физической истории.</w:t>
      </w:r>
    </w:p>
    <w:p>
      <w:pPr>
        <w:spacing w:before="360" w:after="0"/>
      </w:pPr>
      <w:r>
        <w:rPr>
          <w:b/>
          <w:sz w:val="24"/>
        </w:rPr>
        <w:t>А.А. Ананин</w:t>
      </w:r>
    </w:p>
    <w:p>
      <w:pPr>
        <w:spacing w:after="240"/>
      </w:pPr>
      <w:r>
        <w:t>21 июля 2026 года</w:t>
      </w:r>
    </w:p>
    <w:p>
      <w:pPr>
        <w:pStyle w:val="Heading1"/>
      </w:pPr>
      <w:r>
        <w:t>Источники</w:t>
      </w:r>
    </w:p>
    <w:p>
      <w:pPr>
        <w:spacing w:after="40"/>
        <w:ind w:left="340" w:hanging="340"/>
      </w:pPr>
      <w:r>
        <w:t xml:space="preserve">1. Glow. The Simple Way to Fund Solar and Track Your Impact Onchain, 28.01.2026. </w:t>
      </w:r>
      <w:hyperlink r:id="rId11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https://glow.org/blog/the-simple-way-to-fund-solar</w:t>
        </w:r>
      </w:hyperlink>
    </w:p>
    <w:p>
      <w:pPr>
        <w:spacing w:after="40"/>
        <w:ind w:left="340" w:hanging="340"/>
      </w:pPr>
      <w:r>
        <w:t xml:space="preserve">2. Glow. Orion Frontier Is Fully Funded: Lebanon’s First Glow Community-Built Solar Farm, 09.07.2026. </w:t>
      </w:r>
      <w:hyperlink r:id="rId12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https://glow.org/blog/orion-frontier-fully-funded</w:t>
        </w:r>
      </w:hyperlink>
    </w:p>
    <w:p>
      <w:pPr>
        <w:spacing w:after="40"/>
        <w:ind w:left="340" w:hanging="340"/>
      </w:pPr>
      <w:r>
        <w:t xml:space="preserve">3. Arkreen. Power Yield update: first live 300 kW node in Thailand, 30.01.2026. </w:t>
      </w:r>
      <w:hyperlink r:id="rId13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https://www.arkreen.com/blog/power-yield-update-first-live-node-revealed-a-300-kw-power-station-in-thailand/</w:t>
        </w:r>
      </w:hyperlink>
    </w:p>
    <w:p>
      <w:pPr>
        <w:spacing w:after="40"/>
        <w:ind w:left="340" w:hanging="340"/>
      </w:pPr>
      <w:r>
        <w:t xml:space="preserve">4. Daylight. Raises $75 Million to Expand Its Decentralized Energy Network, 16.10.2025. </w:t>
      </w:r>
      <w:hyperlink r:id="rId14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https://blog.godaylight.com/daylight-fundraise</w:t>
        </w:r>
      </w:hyperlink>
    </w:p>
    <w:p>
      <w:pPr>
        <w:spacing w:after="40"/>
        <w:ind w:left="340" w:hanging="340"/>
      </w:pPr>
      <w:r>
        <w:t xml:space="preserve">5. D-REC. Official project metrics and description. </w:t>
      </w:r>
      <w:hyperlink r:id="rId15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https://drecs.org/</w:t>
        </w:r>
      </w:hyperlink>
    </w:p>
    <w:p>
      <w:pPr>
        <w:spacing w:after="40"/>
        <w:ind w:left="340" w:hanging="340"/>
      </w:pPr>
      <w:r>
        <w:t xml:space="preserve">6. ISGAN. Survey on Flexibility Market Implementation and Development, 23.10.2025. </w:t>
      </w:r>
      <w:hyperlink r:id="rId16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https://iea-isgan.org/survey-on-flexibility-market-implementation-and-development/</w:t>
        </w:r>
      </w:hyperlink>
    </w:p>
    <w:p>
      <w:pPr>
        <w:spacing w:after="40"/>
        <w:ind w:left="340" w:hanging="340"/>
      </w:pPr>
      <w:r>
        <w:t xml:space="preserve">7. ISGAN / BRIDGE / BeFlexible. Flexibility Acquisition Mechanism Designs, 2026. </w:t>
      </w:r>
      <w:hyperlink r:id="rId17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https://iea-isgan.org/wp-content/uploads/2026/01/Flexibility-Acquisition-Mechanism-Designs.pdf</w:t>
        </w:r>
      </w:hyperlink>
    </w:p>
    <w:p>
      <w:pPr>
        <w:spacing w:after="40"/>
        <w:ind w:left="340" w:hanging="340"/>
      </w:pPr>
      <w:r>
        <w:t xml:space="preserve">8. GEAPP. Leveraging AI and crypto to power Mission 300 and end energy poverty, 15.04.2025. </w:t>
      </w:r>
      <w:hyperlink r:id="rId18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https://energyalliance.org/ai-crypto-mission-300-energy-access/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964" w:left="130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/>
        <w:sz w:val="17"/>
      </w:rPr>
      <w:t xml:space="preserve">Справка: обратный биткоин и Energy DePIN  |  21.07.2026  |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/>
        <w:b/>
        <w:sz w:val="18"/>
      </w:rPr>
      <w:t>А.А. АНАНИН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glow.org/blog/the-simple-way-to-fund-solar" TargetMode="External"/><Relationship Id="rId12" Type="http://schemas.openxmlformats.org/officeDocument/2006/relationships/hyperlink" Target="https://glow.org/blog/orion-frontier-fully-funded" TargetMode="External"/><Relationship Id="rId13" Type="http://schemas.openxmlformats.org/officeDocument/2006/relationships/hyperlink" Target="https://www.arkreen.com/blog/power-yield-update-first-live-node-revealed-a-300-kw-power-station-in-thailand/" TargetMode="External"/><Relationship Id="rId14" Type="http://schemas.openxmlformats.org/officeDocument/2006/relationships/hyperlink" Target="https://blog.godaylight.com/daylight-fundraise" TargetMode="External"/><Relationship Id="rId15" Type="http://schemas.openxmlformats.org/officeDocument/2006/relationships/hyperlink" Target="https://drecs.org/" TargetMode="External"/><Relationship Id="rId16" Type="http://schemas.openxmlformats.org/officeDocument/2006/relationships/hyperlink" Target="https://iea-isgan.org/survey-on-flexibility-market-implementation-and-development/" TargetMode="External"/><Relationship Id="rId17" Type="http://schemas.openxmlformats.org/officeDocument/2006/relationships/hyperlink" Target="https://iea-isgan.org/wp-content/uploads/2026/01/Flexibility-Acquisition-Mechanism-Designs.pdf" TargetMode="External"/><Relationship Id="rId18" Type="http://schemas.openxmlformats.org/officeDocument/2006/relationships/hyperlink" Target="https://energyalliance.org/ai-crypto-mission-300-energy-acce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для Млынчика старшего: обратный биткоин и Energy DePIN</dc:title>
  <dc:subject>Близкие проекты и рыночные сигналы</dc:subject>
  <dc:creator>А.А. Ананин</dc:creator>
  <cp:keywords>обратный биткоин, Energy DePIN, pMW, pGW, Glow, Arkreen, Daylight, D-REC</cp:keywords>
  <dc:description>Подготовлено 21.07.2026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